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6161A" w14:textId="3DA75536" w:rsidR="005E0221" w:rsidRPr="00D17FB3" w:rsidRDefault="00D17FB3" w:rsidP="00D17FB3">
      <w:pPr>
        <w:pStyle w:val="Heading1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D17FB3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LOGBOOK KEGIATAN MAHASISWA</w:t>
      </w:r>
    </w:p>
    <w:p w14:paraId="679D66F6" w14:textId="77777777" w:rsidR="00D17FB3" w:rsidRPr="00D17FB3" w:rsidRDefault="00D17FB3" w:rsidP="00D17FB3">
      <w:pPr>
        <w:rPr>
          <w:lang w:val="sv-SE"/>
        </w:rPr>
      </w:pPr>
    </w:p>
    <w:p w14:paraId="2EDA9280" w14:textId="0823C209" w:rsidR="005E0221" w:rsidRPr="00D17FB3" w:rsidRDefault="00000000" w:rsidP="00D17FB3">
      <w:pPr>
        <w:spacing w:after="0"/>
        <w:rPr>
          <w:rFonts w:ascii="Times New Roman" w:hAnsi="Times New Roman" w:cs="Times New Roman"/>
          <w:sz w:val="24"/>
          <w:szCs w:val="24"/>
          <w:lang w:val="sv-SE"/>
        </w:rPr>
      </w:pPr>
      <w:r w:rsidRPr="00D17FB3">
        <w:rPr>
          <w:rFonts w:ascii="Times New Roman" w:hAnsi="Times New Roman" w:cs="Times New Roman"/>
          <w:sz w:val="24"/>
          <w:szCs w:val="24"/>
          <w:lang w:val="sv-SE"/>
        </w:rPr>
        <w:t>Nama Mahasiswa</w:t>
      </w:r>
      <w:r w:rsidR="00D17FB3">
        <w:rPr>
          <w:rFonts w:ascii="Times New Roman" w:hAnsi="Times New Roman" w:cs="Times New Roman"/>
          <w:sz w:val="24"/>
          <w:szCs w:val="24"/>
          <w:lang w:val="sv-SE"/>
        </w:rPr>
        <w:tab/>
      </w:r>
      <w:r w:rsidR="00D17FB3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D17FB3">
        <w:rPr>
          <w:rFonts w:ascii="Times New Roman" w:hAnsi="Times New Roman" w:cs="Times New Roman"/>
          <w:sz w:val="24"/>
          <w:szCs w:val="24"/>
          <w:lang w:val="sv-SE"/>
        </w:rPr>
        <w:t>: ___________________</w:t>
      </w:r>
    </w:p>
    <w:p w14:paraId="1233150A" w14:textId="5ED78DF0" w:rsidR="005E0221" w:rsidRPr="00D17FB3" w:rsidRDefault="00000000" w:rsidP="00D17F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7FB3">
        <w:rPr>
          <w:rFonts w:ascii="Times New Roman" w:hAnsi="Times New Roman" w:cs="Times New Roman"/>
          <w:sz w:val="24"/>
          <w:szCs w:val="24"/>
        </w:rPr>
        <w:t>NIM</w:t>
      </w:r>
      <w:r w:rsidR="00D17FB3">
        <w:rPr>
          <w:rFonts w:ascii="Times New Roman" w:hAnsi="Times New Roman" w:cs="Times New Roman"/>
          <w:sz w:val="24"/>
          <w:szCs w:val="24"/>
        </w:rPr>
        <w:tab/>
      </w:r>
      <w:r w:rsidR="00D17FB3">
        <w:rPr>
          <w:rFonts w:ascii="Times New Roman" w:hAnsi="Times New Roman" w:cs="Times New Roman"/>
          <w:sz w:val="24"/>
          <w:szCs w:val="24"/>
        </w:rPr>
        <w:tab/>
      </w:r>
      <w:r w:rsidR="00D17FB3">
        <w:rPr>
          <w:rFonts w:ascii="Times New Roman" w:hAnsi="Times New Roman" w:cs="Times New Roman"/>
          <w:sz w:val="24"/>
          <w:szCs w:val="24"/>
        </w:rPr>
        <w:tab/>
      </w:r>
      <w:r w:rsidR="00D17FB3">
        <w:rPr>
          <w:rFonts w:ascii="Times New Roman" w:hAnsi="Times New Roman" w:cs="Times New Roman"/>
          <w:sz w:val="24"/>
          <w:szCs w:val="24"/>
        </w:rPr>
        <w:tab/>
      </w:r>
      <w:r w:rsidRPr="00D17FB3">
        <w:rPr>
          <w:rFonts w:ascii="Times New Roman" w:hAnsi="Times New Roman" w:cs="Times New Roman"/>
          <w:sz w:val="24"/>
          <w:szCs w:val="24"/>
        </w:rPr>
        <w:t>: ___________________</w:t>
      </w:r>
    </w:p>
    <w:p w14:paraId="4CBAE09F" w14:textId="635CA5CE" w:rsidR="005E0221" w:rsidRPr="00D17FB3" w:rsidRDefault="00000000" w:rsidP="00D17F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7FB3">
        <w:rPr>
          <w:rFonts w:ascii="Times New Roman" w:hAnsi="Times New Roman" w:cs="Times New Roman"/>
          <w:sz w:val="24"/>
          <w:szCs w:val="24"/>
        </w:rPr>
        <w:t xml:space="preserve">Judul Kegiatan </w:t>
      </w:r>
      <w:r w:rsidR="004C2E11">
        <w:rPr>
          <w:rFonts w:ascii="Times New Roman" w:hAnsi="Times New Roman" w:cs="Times New Roman"/>
          <w:sz w:val="24"/>
          <w:szCs w:val="24"/>
        </w:rPr>
        <w:t>Mahasiswa</w:t>
      </w:r>
      <w:r w:rsidR="00D17FB3">
        <w:rPr>
          <w:rFonts w:ascii="Times New Roman" w:hAnsi="Times New Roman" w:cs="Times New Roman"/>
          <w:sz w:val="24"/>
          <w:szCs w:val="24"/>
        </w:rPr>
        <w:tab/>
      </w:r>
      <w:r w:rsidRPr="00D17FB3">
        <w:rPr>
          <w:rFonts w:ascii="Times New Roman" w:hAnsi="Times New Roman" w:cs="Times New Roman"/>
          <w:sz w:val="24"/>
          <w:szCs w:val="24"/>
        </w:rPr>
        <w:t>: ___________________</w:t>
      </w:r>
    </w:p>
    <w:p w14:paraId="3848123F" w14:textId="77777777" w:rsidR="005E0221" w:rsidRPr="00D17FB3" w:rsidRDefault="005E0221" w:rsidP="00D17FB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728"/>
        <w:gridCol w:w="4793"/>
        <w:gridCol w:w="1276"/>
        <w:gridCol w:w="1418"/>
      </w:tblGrid>
      <w:tr w:rsidR="005E0221" w:rsidRPr="00D17FB3" w14:paraId="4DF4E5BB" w14:textId="77777777" w:rsidTr="00335331">
        <w:trPr>
          <w:trHeight w:val="170"/>
        </w:trPr>
        <w:tc>
          <w:tcPr>
            <w:tcW w:w="817" w:type="dxa"/>
            <w:shd w:val="clear" w:color="auto" w:fill="BFBFBF" w:themeFill="background1" w:themeFillShade="BF"/>
            <w:vAlign w:val="center"/>
          </w:tcPr>
          <w:p w14:paraId="3FF0D699" w14:textId="77777777" w:rsidR="005E0221" w:rsidRPr="00D17FB3" w:rsidRDefault="00000000" w:rsidP="004C2E1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728" w:type="dxa"/>
            <w:shd w:val="clear" w:color="auto" w:fill="BFBFBF" w:themeFill="background1" w:themeFillShade="BF"/>
            <w:vAlign w:val="center"/>
          </w:tcPr>
          <w:p w14:paraId="15659203" w14:textId="77777777" w:rsidR="005E0221" w:rsidRPr="00D17FB3" w:rsidRDefault="00000000" w:rsidP="004C2E1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Hari/</w:t>
            </w:r>
            <w:proofErr w:type="spellStart"/>
            <w:r w:rsidRPr="00D17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4793" w:type="dxa"/>
            <w:shd w:val="clear" w:color="auto" w:fill="BFBFBF" w:themeFill="background1" w:themeFillShade="BF"/>
            <w:vAlign w:val="center"/>
          </w:tcPr>
          <w:p w14:paraId="749F3C2D" w14:textId="77777777" w:rsidR="005E0221" w:rsidRPr="00D17FB3" w:rsidRDefault="00000000" w:rsidP="004C2E1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Deskripsi</w:t>
            </w:r>
            <w:proofErr w:type="spellEnd"/>
            <w:r w:rsidRPr="00D17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Kegiatan </w:t>
            </w:r>
            <w:proofErr w:type="spellStart"/>
            <w:r w:rsidRPr="00D17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1BD4884E" w14:textId="77777777" w:rsidR="005E0221" w:rsidRPr="00D17FB3" w:rsidRDefault="00000000" w:rsidP="004C2E1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Jam Kerja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437DD8D9" w14:textId="51A42C08" w:rsidR="005E0221" w:rsidRPr="00D17FB3" w:rsidRDefault="00D17FB3" w:rsidP="004C2E1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Paraf Supervisor</w:t>
            </w:r>
          </w:p>
        </w:tc>
      </w:tr>
      <w:tr w:rsidR="005E0221" w:rsidRPr="00D17FB3" w14:paraId="71CE9E16" w14:textId="77777777" w:rsidTr="00335331">
        <w:trPr>
          <w:trHeight w:val="170"/>
        </w:trPr>
        <w:tc>
          <w:tcPr>
            <w:tcW w:w="817" w:type="dxa"/>
          </w:tcPr>
          <w:p w14:paraId="471E1C29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14:paraId="692B39F1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3A5AC5B7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persiapan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media di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Tani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Agropeni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Kebumen</w:t>
            </w:r>
            <w:proofErr w:type="spellEnd"/>
          </w:p>
        </w:tc>
        <w:tc>
          <w:tcPr>
            <w:tcW w:w="1276" w:type="dxa"/>
            <w:vAlign w:val="center"/>
          </w:tcPr>
          <w:p w14:paraId="475FDE4A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3DF8A6F" w14:textId="223A042D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221" w:rsidRPr="00D17FB3" w14:paraId="58E0B18F" w14:textId="77777777" w:rsidTr="00335331">
        <w:trPr>
          <w:trHeight w:val="170"/>
        </w:trPr>
        <w:tc>
          <w:tcPr>
            <w:tcW w:w="817" w:type="dxa"/>
          </w:tcPr>
          <w:p w14:paraId="1E93A310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14:paraId="20E35409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4C1BB217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xxx</w:t>
            </w:r>
          </w:p>
        </w:tc>
        <w:tc>
          <w:tcPr>
            <w:tcW w:w="1276" w:type="dxa"/>
            <w:vAlign w:val="center"/>
          </w:tcPr>
          <w:p w14:paraId="5D8BE782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B3D472F" w14:textId="26BF00F3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221" w:rsidRPr="00D17FB3" w14:paraId="590CD97E" w14:textId="77777777" w:rsidTr="00335331">
        <w:trPr>
          <w:trHeight w:val="170"/>
        </w:trPr>
        <w:tc>
          <w:tcPr>
            <w:tcW w:w="817" w:type="dxa"/>
          </w:tcPr>
          <w:p w14:paraId="3F08B2D6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14:paraId="4BC18732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5A6C5FA1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xxx</w:t>
            </w:r>
          </w:p>
        </w:tc>
        <w:tc>
          <w:tcPr>
            <w:tcW w:w="1276" w:type="dxa"/>
            <w:vAlign w:val="center"/>
          </w:tcPr>
          <w:p w14:paraId="0A9D94DC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5A646894" w14:textId="08943283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221" w:rsidRPr="00D17FB3" w14:paraId="1CFB52C6" w14:textId="77777777" w:rsidTr="00335331">
        <w:trPr>
          <w:trHeight w:val="170"/>
        </w:trPr>
        <w:tc>
          <w:tcPr>
            <w:tcW w:w="817" w:type="dxa"/>
          </w:tcPr>
          <w:p w14:paraId="5D00ADE8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14:paraId="7E1C9623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29B8BC65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xxx</w:t>
            </w:r>
          </w:p>
        </w:tc>
        <w:tc>
          <w:tcPr>
            <w:tcW w:w="1276" w:type="dxa"/>
            <w:vAlign w:val="center"/>
          </w:tcPr>
          <w:p w14:paraId="2F2035F3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01C27B28" w14:textId="386282F6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221" w:rsidRPr="00D17FB3" w14:paraId="5D4F6AC8" w14:textId="77777777" w:rsidTr="00335331">
        <w:trPr>
          <w:trHeight w:val="170"/>
        </w:trPr>
        <w:tc>
          <w:tcPr>
            <w:tcW w:w="817" w:type="dxa"/>
          </w:tcPr>
          <w:p w14:paraId="70A333F8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8" w:type="dxa"/>
          </w:tcPr>
          <w:p w14:paraId="400DB139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6854A28F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xxx</w:t>
            </w:r>
          </w:p>
        </w:tc>
        <w:tc>
          <w:tcPr>
            <w:tcW w:w="1276" w:type="dxa"/>
            <w:vAlign w:val="center"/>
          </w:tcPr>
          <w:p w14:paraId="11ED3366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3D995AA" w14:textId="3646FA20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221" w:rsidRPr="00D17FB3" w14:paraId="5B3066F4" w14:textId="77777777" w:rsidTr="00335331">
        <w:trPr>
          <w:trHeight w:val="170"/>
        </w:trPr>
        <w:tc>
          <w:tcPr>
            <w:tcW w:w="817" w:type="dxa"/>
          </w:tcPr>
          <w:p w14:paraId="4AC05432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8" w:type="dxa"/>
          </w:tcPr>
          <w:p w14:paraId="4F6ADE53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51E00006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xxx</w:t>
            </w:r>
          </w:p>
        </w:tc>
        <w:tc>
          <w:tcPr>
            <w:tcW w:w="1276" w:type="dxa"/>
            <w:vAlign w:val="center"/>
          </w:tcPr>
          <w:p w14:paraId="196DD946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63505E8" w14:textId="5BF66089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221" w:rsidRPr="00D17FB3" w14:paraId="751C416F" w14:textId="77777777" w:rsidTr="00335331">
        <w:trPr>
          <w:trHeight w:val="170"/>
        </w:trPr>
        <w:tc>
          <w:tcPr>
            <w:tcW w:w="817" w:type="dxa"/>
          </w:tcPr>
          <w:p w14:paraId="6AEA7807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8" w:type="dxa"/>
          </w:tcPr>
          <w:p w14:paraId="400B9922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17FE791B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xxx</w:t>
            </w:r>
          </w:p>
        </w:tc>
        <w:tc>
          <w:tcPr>
            <w:tcW w:w="1276" w:type="dxa"/>
            <w:vAlign w:val="center"/>
          </w:tcPr>
          <w:p w14:paraId="1878CCCA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6D551BE6" w14:textId="15E2497B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221" w:rsidRPr="00D17FB3" w14:paraId="53BD1D98" w14:textId="77777777" w:rsidTr="00335331">
        <w:trPr>
          <w:trHeight w:val="170"/>
        </w:trPr>
        <w:tc>
          <w:tcPr>
            <w:tcW w:w="817" w:type="dxa"/>
          </w:tcPr>
          <w:p w14:paraId="58073B54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28" w:type="dxa"/>
          </w:tcPr>
          <w:p w14:paraId="287BF709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36C0CEDD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xxx</w:t>
            </w:r>
          </w:p>
        </w:tc>
        <w:tc>
          <w:tcPr>
            <w:tcW w:w="1276" w:type="dxa"/>
            <w:vAlign w:val="center"/>
          </w:tcPr>
          <w:p w14:paraId="1DCCCFC6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54BB073" w14:textId="2529A1C4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221" w:rsidRPr="00D17FB3" w14:paraId="1ADF261B" w14:textId="77777777" w:rsidTr="00335331">
        <w:trPr>
          <w:trHeight w:val="170"/>
        </w:trPr>
        <w:tc>
          <w:tcPr>
            <w:tcW w:w="817" w:type="dxa"/>
          </w:tcPr>
          <w:p w14:paraId="192526B0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28" w:type="dxa"/>
          </w:tcPr>
          <w:p w14:paraId="4149F8F1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4DE00892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xxx</w:t>
            </w:r>
          </w:p>
        </w:tc>
        <w:tc>
          <w:tcPr>
            <w:tcW w:w="1276" w:type="dxa"/>
            <w:vAlign w:val="center"/>
          </w:tcPr>
          <w:p w14:paraId="26B5ACC5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2B1D257" w14:textId="492FAAE1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221" w:rsidRPr="00D17FB3" w14:paraId="7A1FD971" w14:textId="77777777" w:rsidTr="00335331">
        <w:trPr>
          <w:trHeight w:val="170"/>
        </w:trPr>
        <w:tc>
          <w:tcPr>
            <w:tcW w:w="817" w:type="dxa"/>
          </w:tcPr>
          <w:p w14:paraId="7DC58CC2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8" w:type="dxa"/>
          </w:tcPr>
          <w:p w14:paraId="1EB5DC19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41C97B08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xxx</w:t>
            </w:r>
          </w:p>
        </w:tc>
        <w:tc>
          <w:tcPr>
            <w:tcW w:w="1276" w:type="dxa"/>
            <w:vAlign w:val="center"/>
          </w:tcPr>
          <w:p w14:paraId="6981B47A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FF58C9B" w14:textId="44BB48F0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221" w:rsidRPr="00D17FB3" w14:paraId="70E2A478" w14:textId="77777777" w:rsidTr="00335331">
        <w:trPr>
          <w:trHeight w:val="170"/>
        </w:trPr>
        <w:tc>
          <w:tcPr>
            <w:tcW w:w="817" w:type="dxa"/>
          </w:tcPr>
          <w:p w14:paraId="32E5BAAA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8" w:type="dxa"/>
          </w:tcPr>
          <w:p w14:paraId="3236D3EA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7C6C8EC5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xxx</w:t>
            </w:r>
          </w:p>
        </w:tc>
        <w:tc>
          <w:tcPr>
            <w:tcW w:w="1276" w:type="dxa"/>
            <w:vAlign w:val="center"/>
          </w:tcPr>
          <w:p w14:paraId="6BAE28CE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13604FD0" w14:textId="5FE9F8CD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221" w:rsidRPr="00D17FB3" w14:paraId="65BE1137" w14:textId="77777777" w:rsidTr="00335331">
        <w:trPr>
          <w:trHeight w:val="170"/>
        </w:trPr>
        <w:tc>
          <w:tcPr>
            <w:tcW w:w="817" w:type="dxa"/>
          </w:tcPr>
          <w:p w14:paraId="41CC7B7E" w14:textId="77777777" w:rsidR="005E0221" w:rsidRPr="00D17FB3" w:rsidRDefault="00000000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28" w:type="dxa"/>
          </w:tcPr>
          <w:p w14:paraId="5CAA59D4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4793" w:type="dxa"/>
          </w:tcPr>
          <w:p w14:paraId="0E44F7AE" w14:textId="77777777" w:rsidR="005E0221" w:rsidRPr="00D17FB3" w:rsidRDefault="00000000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17FB3">
              <w:rPr>
                <w:rFonts w:ascii="Times New Roman" w:hAnsi="Times New Roman" w:cs="Times New Roman"/>
                <w:sz w:val="24"/>
                <w:szCs w:val="24"/>
              </w:rPr>
              <w:t xml:space="preserve"> xxx</w:t>
            </w:r>
          </w:p>
        </w:tc>
        <w:tc>
          <w:tcPr>
            <w:tcW w:w="1276" w:type="dxa"/>
            <w:vAlign w:val="center"/>
          </w:tcPr>
          <w:p w14:paraId="06DE83A3" w14:textId="77777777" w:rsidR="005E0221" w:rsidRPr="00D17FB3" w:rsidRDefault="00000000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16CCB40" w14:textId="2DFAB39B" w:rsidR="005E0221" w:rsidRPr="00D17FB3" w:rsidRDefault="005E0221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D17FB3" w14:paraId="4A2850DF" w14:textId="77777777" w:rsidTr="00335331">
        <w:trPr>
          <w:trHeight w:val="170"/>
        </w:trPr>
        <w:tc>
          <w:tcPr>
            <w:tcW w:w="817" w:type="dxa"/>
          </w:tcPr>
          <w:p w14:paraId="0D4CEF8B" w14:textId="18E09013" w:rsidR="00D17FB3" w:rsidRPr="00D17FB3" w:rsidRDefault="00D17FB3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dst</w:t>
            </w:r>
            <w:proofErr w:type="spellEnd"/>
          </w:p>
        </w:tc>
        <w:tc>
          <w:tcPr>
            <w:tcW w:w="1728" w:type="dxa"/>
          </w:tcPr>
          <w:p w14:paraId="5B8E6F0D" w14:textId="4E0E4F37" w:rsidR="00D17FB3" w:rsidRPr="00D17FB3" w:rsidRDefault="00D17FB3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dst</w:t>
            </w:r>
            <w:proofErr w:type="spellEnd"/>
          </w:p>
        </w:tc>
        <w:tc>
          <w:tcPr>
            <w:tcW w:w="4793" w:type="dxa"/>
          </w:tcPr>
          <w:p w14:paraId="02473179" w14:textId="36C1564E" w:rsidR="00D17FB3" w:rsidRPr="00D17FB3" w:rsidRDefault="00D17FB3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dst</w:t>
            </w:r>
            <w:proofErr w:type="spellEnd"/>
          </w:p>
        </w:tc>
        <w:tc>
          <w:tcPr>
            <w:tcW w:w="1276" w:type="dxa"/>
            <w:vAlign w:val="center"/>
          </w:tcPr>
          <w:p w14:paraId="0041AA14" w14:textId="0AC2542F" w:rsidR="00D17FB3" w:rsidRPr="00D17FB3" w:rsidRDefault="00D17FB3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dst</w:t>
            </w:r>
            <w:proofErr w:type="spellEnd"/>
          </w:p>
        </w:tc>
        <w:tc>
          <w:tcPr>
            <w:tcW w:w="1418" w:type="dxa"/>
          </w:tcPr>
          <w:p w14:paraId="722680CE" w14:textId="05C900B4" w:rsidR="00D17FB3" w:rsidRPr="00D17FB3" w:rsidRDefault="00D17FB3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B3" w:rsidRPr="00D17FB3" w14:paraId="116703E3" w14:textId="77777777" w:rsidTr="00335331">
        <w:trPr>
          <w:trHeight w:val="170"/>
        </w:trPr>
        <w:tc>
          <w:tcPr>
            <w:tcW w:w="817" w:type="dxa"/>
          </w:tcPr>
          <w:p w14:paraId="525DF634" w14:textId="77777777" w:rsidR="00D17FB3" w:rsidRDefault="00D17FB3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79BB08F2" w14:textId="77777777" w:rsidR="00D17FB3" w:rsidRDefault="00D17FB3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</w:tcPr>
          <w:p w14:paraId="175326E0" w14:textId="60EEBDBC" w:rsidR="00D17FB3" w:rsidRDefault="00D17FB3" w:rsidP="00D17F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FB3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76" w:type="dxa"/>
            <w:vAlign w:val="center"/>
          </w:tcPr>
          <w:p w14:paraId="6C0715B2" w14:textId="179DE7C7" w:rsidR="00D17FB3" w:rsidRDefault="00D17FB3" w:rsidP="003353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</w:tcPr>
          <w:p w14:paraId="66D841F3" w14:textId="0B2CA022" w:rsidR="00D17FB3" w:rsidRDefault="00D17FB3" w:rsidP="00D17F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A7694F" w14:textId="77777777" w:rsidR="005E0221" w:rsidRPr="00D17FB3" w:rsidRDefault="005E0221" w:rsidP="00D17FB3">
      <w:pPr>
        <w:rPr>
          <w:rFonts w:ascii="Times New Roman" w:hAnsi="Times New Roman" w:cs="Times New Roman"/>
          <w:sz w:val="24"/>
          <w:szCs w:val="24"/>
        </w:rPr>
      </w:pPr>
    </w:p>
    <w:p w14:paraId="5D062ADB" w14:textId="35D5DE50" w:rsidR="005E0221" w:rsidRPr="00D17FB3" w:rsidRDefault="00F219FF" w:rsidP="00D17FB3">
      <w:pPr>
        <w:spacing w:after="0"/>
        <w:ind w:left="4320" w:firstLine="720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Kota</w:t>
      </w:r>
      <w:r w:rsidRPr="00D17FB3">
        <w:rPr>
          <w:rFonts w:ascii="Times New Roman" w:hAnsi="Times New Roman" w:cs="Times New Roman"/>
          <w:sz w:val="24"/>
          <w:szCs w:val="24"/>
          <w:lang w:val="sv-SE"/>
        </w:rPr>
        <w:t>, _______________</w:t>
      </w:r>
    </w:p>
    <w:p w14:paraId="50A6EBF9" w14:textId="77777777" w:rsidR="005E0221" w:rsidRPr="00D17FB3" w:rsidRDefault="00000000" w:rsidP="00D17FB3">
      <w:pPr>
        <w:spacing w:after="0"/>
        <w:ind w:left="4320" w:firstLine="720"/>
        <w:rPr>
          <w:rFonts w:ascii="Times New Roman" w:hAnsi="Times New Roman" w:cs="Times New Roman"/>
          <w:sz w:val="24"/>
          <w:szCs w:val="24"/>
          <w:lang w:val="sv-SE"/>
        </w:rPr>
      </w:pPr>
      <w:r w:rsidRPr="00D17FB3">
        <w:rPr>
          <w:rFonts w:ascii="Times New Roman" w:hAnsi="Times New Roman" w:cs="Times New Roman"/>
          <w:sz w:val="24"/>
          <w:szCs w:val="24"/>
          <w:lang w:val="sv-SE"/>
        </w:rPr>
        <w:t>Mengetahui,</w:t>
      </w:r>
    </w:p>
    <w:p w14:paraId="2EB7962F" w14:textId="77777777" w:rsidR="005E0221" w:rsidRPr="00D17FB3" w:rsidRDefault="005E0221" w:rsidP="00D17FB3">
      <w:pPr>
        <w:spacing w:after="0"/>
        <w:rPr>
          <w:rFonts w:ascii="Times New Roman" w:hAnsi="Times New Roman" w:cs="Times New Roman"/>
          <w:sz w:val="24"/>
          <w:szCs w:val="24"/>
          <w:lang w:val="sv-SE"/>
        </w:rPr>
      </w:pPr>
    </w:p>
    <w:p w14:paraId="54096409" w14:textId="5AAD6945" w:rsidR="005E0221" w:rsidRDefault="005E0221" w:rsidP="00D17FB3">
      <w:pPr>
        <w:spacing w:after="0"/>
        <w:ind w:left="3600"/>
        <w:rPr>
          <w:rFonts w:ascii="Times New Roman" w:hAnsi="Times New Roman" w:cs="Times New Roman"/>
          <w:sz w:val="24"/>
          <w:szCs w:val="24"/>
          <w:lang w:val="sv-SE"/>
        </w:rPr>
      </w:pPr>
    </w:p>
    <w:p w14:paraId="24FA2759" w14:textId="77777777" w:rsidR="00F219FF" w:rsidRDefault="00F219FF" w:rsidP="00D17FB3">
      <w:pPr>
        <w:spacing w:after="0"/>
        <w:ind w:left="3600"/>
        <w:rPr>
          <w:rFonts w:ascii="Times New Roman" w:hAnsi="Times New Roman" w:cs="Times New Roman"/>
          <w:sz w:val="24"/>
          <w:szCs w:val="24"/>
          <w:lang w:val="sv-SE"/>
        </w:rPr>
      </w:pPr>
    </w:p>
    <w:p w14:paraId="5186ED75" w14:textId="77777777" w:rsidR="00D17FB3" w:rsidRDefault="00D17FB3" w:rsidP="00D17FB3">
      <w:pPr>
        <w:spacing w:after="0"/>
        <w:ind w:left="3600"/>
        <w:rPr>
          <w:rFonts w:ascii="Times New Roman" w:hAnsi="Times New Roman" w:cs="Times New Roman"/>
          <w:sz w:val="24"/>
          <w:szCs w:val="24"/>
          <w:lang w:val="sv-SE"/>
        </w:rPr>
      </w:pPr>
    </w:p>
    <w:p w14:paraId="6E16A86B" w14:textId="77777777" w:rsidR="00D17FB3" w:rsidRPr="00D17FB3" w:rsidRDefault="00D17FB3" w:rsidP="00D17FB3">
      <w:pPr>
        <w:spacing w:after="0"/>
        <w:ind w:left="3600"/>
        <w:rPr>
          <w:rFonts w:ascii="Times New Roman" w:hAnsi="Times New Roman" w:cs="Times New Roman"/>
          <w:sz w:val="24"/>
          <w:szCs w:val="24"/>
          <w:lang w:val="sv-SE"/>
        </w:rPr>
      </w:pPr>
    </w:p>
    <w:p w14:paraId="074F9ABE" w14:textId="7AE5D714" w:rsidR="005E0221" w:rsidRPr="00D17FB3" w:rsidRDefault="00000000" w:rsidP="00D17FB3">
      <w:pPr>
        <w:spacing w:after="0"/>
        <w:ind w:left="4320" w:firstLine="720"/>
        <w:rPr>
          <w:rFonts w:ascii="Times New Roman" w:hAnsi="Times New Roman" w:cs="Times New Roman"/>
          <w:sz w:val="24"/>
          <w:szCs w:val="24"/>
          <w:lang w:val="sv-SE"/>
        </w:rPr>
      </w:pPr>
      <w:r w:rsidRPr="00D17FB3">
        <w:rPr>
          <w:rFonts w:ascii="Times New Roman" w:hAnsi="Times New Roman" w:cs="Times New Roman"/>
          <w:sz w:val="24"/>
          <w:szCs w:val="24"/>
          <w:lang w:val="sv-SE"/>
        </w:rPr>
        <w:t xml:space="preserve">Nama </w:t>
      </w:r>
      <w:r w:rsidR="00D17FB3">
        <w:rPr>
          <w:rFonts w:ascii="Times New Roman" w:hAnsi="Times New Roman" w:cs="Times New Roman"/>
          <w:sz w:val="24"/>
          <w:szCs w:val="24"/>
          <w:lang w:val="sv-SE"/>
        </w:rPr>
        <w:t>Supervisor/PJ Lapangan</w:t>
      </w:r>
    </w:p>
    <w:p w14:paraId="13F02CF7" w14:textId="7CF0A951" w:rsidR="005E0221" w:rsidRPr="00D17FB3" w:rsidRDefault="00000000" w:rsidP="00D17FB3">
      <w:pPr>
        <w:spacing w:after="0"/>
        <w:ind w:left="4320" w:firstLine="720"/>
        <w:rPr>
          <w:rFonts w:ascii="Times New Roman" w:hAnsi="Times New Roman" w:cs="Times New Roman"/>
          <w:sz w:val="24"/>
          <w:szCs w:val="24"/>
          <w:lang w:val="sv-SE"/>
        </w:rPr>
      </w:pPr>
      <w:r w:rsidRPr="00D17FB3">
        <w:rPr>
          <w:rFonts w:ascii="Times New Roman" w:hAnsi="Times New Roman" w:cs="Times New Roman"/>
          <w:sz w:val="24"/>
          <w:szCs w:val="24"/>
          <w:lang w:val="sv-SE"/>
        </w:rPr>
        <w:t>NI</w:t>
      </w:r>
      <w:r w:rsidR="00D17FB3">
        <w:rPr>
          <w:rFonts w:ascii="Times New Roman" w:hAnsi="Times New Roman" w:cs="Times New Roman"/>
          <w:sz w:val="24"/>
          <w:szCs w:val="24"/>
          <w:lang w:val="sv-SE"/>
        </w:rPr>
        <w:t>K</w:t>
      </w:r>
      <w:r w:rsidRPr="00D17FB3">
        <w:rPr>
          <w:rFonts w:ascii="Times New Roman" w:hAnsi="Times New Roman" w:cs="Times New Roman"/>
          <w:sz w:val="24"/>
          <w:szCs w:val="24"/>
          <w:lang w:val="sv-SE"/>
        </w:rPr>
        <w:t>: __________________</w:t>
      </w:r>
    </w:p>
    <w:sectPr w:rsidR="005E0221" w:rsidRPr="00D17FB3" w:rsidSect="00D17FB3">
      <w:headerReference w:type="default" r:id="rId8"/>
      <w:pgSz w:w="12242" w:h="18722" w:code="14"/>
      <w:pgMar w:top="2438" w:right="1021" w:bottom="96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FFB04" w14:textId="77777777" w:rsidR="00B86599" w:rsidRDefault="00B86599" w:rsidP="004C2E11">
      <w:pPr>
        <w:spacing w:after="0" w:line="240" w:lineRule="auto"/>
      </w:pPr>
      <w:r>
        <w:separator/>
      </w:r>
    </w:p>
  </w:endnote>
  <w:endnote w:type="continuationSeparator" w:id="0">
    <w:p w14:paraId="7C86FED0" w14:textId="77777777" w:rsidR="00B86599" w:rsidRDefault="00B86599" w:rsidP="004C2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A94C5" w14:textId="77777777" w:rsidR="00B86599" w:rsidRDefault="00B86599" w:rsidP="004C2E11">
      <w:pPr>
        <w:spacing w:after="0" w:line="240" w:lineRule="auto"/>
      </w:pPr>
      <w:r>
        <w:separator/>
      </w:r>
    </w:p>
  </w:footnote>
  <w:footnote w:type="continuationSeparator" w:id="0">
    <w:p w14:paraId="49928740" w14:textId="77777777" w:rsidR="00B86599" w:rsidRDefault="00B86599" w:rsidP="004C2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27D7" w14:textId="5FC78B8F" w:rsidR="004C2E11" w:rsidRDefault="004C2E1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41D51B" wp14:editId="3A9ED8D4">
          <wp:simplePos x="0" y="0"/>
          <wp:positionH relativeFrom="column">
            <wp:posOffset>-1070611</wp:posOffset>
          </wp:positionH>
          <wp:positionV relativeFrom="paragraph">
            <wp:posOffset>-419100</wp:posOffset>
          </wp:positionV>
          <wp:extent cx="7762875" cy="12198804"/>
          <wp:effectExtent l="0" t="0" r="0" b="0"/>
          <wp:wrapNone/>
          <wp:docPr id="21113663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1366315" name="Picture 21113663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922" cy="122051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1404329">
    <w:abstractNumId w:val="8"/>
  </w:num>
  <w:num w:numId="2" w16cid:durableId="1632441961">
    <w:abstractNumId w:val="6"/>
  </w:num>
  <w:num w:numId="3" w16cid:durableId="7607622">
    <w:abstractNumId w:val="5"/>
  </w:num>
  <w:num w:numId="4" w16cid:durableId="1512138023">
    <w:abstractNumId w:val="4"/>
  </w:num>
  <w:num w:numId="5" w16cid:durableId="1925261891">
    <w:abstractNumId w:val="7"/>
  </w:num>
  <w:num w:numId="6" w16cid:durableId="986472140">
    <w:abstractNumId w:val="3"/>
  </w:num>
  <w:num w:numId="7" w16cid:durableId="2103455546">
    <w:abstractNumId w:val="2"/>
  </w:num>
  <w:num w:numId="8" w16cid:durableId="604113189">
    <w:abstractNumId w:val="1"/>
  </w:num>
  <w:num w:numId="9" w16cid:durableId="139916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6F5D"/>
    <w:rsid w:val="00241B56"/>
    <w:rsid w:val="0029639D"/>
    <w:rsid w:val="00326F90"/>
    <w:rsid w:val="00335331"/>
    <w:rsid w:val="004C2E11"/>
    <w:rsid w:val="005E0221"/>
    <w:rsid w:val="006A2F40"/>
    <w:rsid w:val="00882A50"/>
    <w:rsid w:val="00AA1D8D"/>
    <w:rsid w:val="00B47730"/>
    <w:rsid w:val="00B86599"/>
    <w:rsid w:val="00CB0664"/>
    <w:rsid w:val="00D17FB3"/>
    <w:rsid w:val="00F219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EAD329"/>
  <w14:defaultImageDpi w14:val="300"/>
  <w15:docId w15:val="{B5D5D563-D18A-4C52-A0E5-ACDB0CCB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Ayu Aip</cp:lastModifiedBy>
  <cp:revision>6</cp:revision>
  <dcterms:created xsi:type="dcterms:W3CDTF">2013-12-23T23:15:00Z</dcterms:created>
  <dcterms:modified xsi:type="dcterms:W3CDTF">2025-08-19T08:21:00Z</dcterms:modified>
  <cp:category/>
</cp:coreProperties>
</file>